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FC71F" w14:textId="77777777" w:rsidR="00061E90" w:rsidRPr="00064701" w:rsidRDefault="00E547E7">
      <w:pPr>
        <w:rPr>
          <w:lang w:val="da-DK"/>
        </w:rPr>
      </w:pPr>
      <w:r w:rsidRPr="00064701">
        <w:rPr>
          <w:b/>
          <w:lang w:val="da-DK"/>
        </w:rPr>
        <w:t>Løn og sygdom i efterårsferien.</w:t>
      </w:r>
    </w:p>
    <w:p w14:paraId="5F86B305" w14:textId="77777777" w:rsidR="00061E90" w:rsidRPr="00064701" w:rsidRDefault="00E547E7">
      <w:pPr>
        <w:rPr>
          <w:lang w:val="da-DK"/>
        </w:rPr>
      </w:pPr>
      <w:r w:rsidRPr="00064701">
        <w:rPr>
          <w:b/>
          <w:lang w:val="da-DK"/>
        </w:rPr>
        <w:t>Manglende opsparet ret til løn i efterårsferien</w:t>
      </w:r>
    </w:p>
    <w:p w14:paraId="4D8EC0F3" w14:textId="77777777" w:rsidR="00061E90" w:rsidRPr="00064701" w:rsidRDefault="00E547E7">
      <w:pPr>
        <w:rPr>
          <w:lang w:val="da-DK"/>
        </w:rPr>
      </w:pPr>
      <w:r w:rsidRPr="00064701">
        <w:rPr>
          <w:lang w:val="da-DK"/>
        </w:rPr>
        <w:t>Har du ikke optjent nok feriedage har du måske mulighed for feriedagpenge/arbejdsløshedsdagpenge fra A-kassen.</w:t>
      </w:r>
    </w:p>
    <w:p w14:paraId="788D06F6" w14:textId="77777777" w:rsidR="00061E90" w:rsidRPr="00064701" w:rsidRDefault="00E547E7">
      <w:pPr>
        <w:rPr>
          <w:lang w:val="da-DK"/>
        </w:rPr>
      </w:pPr>
      <w:r w:rsidRPr="00064701">
        <w:rPr>
          <w:lang w:val="da-DK"/>
        </w:rPr>
        <w:t>Hvis du mangler dækning til en del af din ferie, og du er medlem af en A-kasse, kan der være mulighed for dagpenge under kollektiv ferie.</w:t>
      </w:r>
    </w:p>
    <w:p w14:paraId="5550FFA8" w14:textId="77777777" w:rsidR="00061E90" w:rsidRPr="00064701" w:rsidRDefault="00E547E7">
      <w:pPr>
        <w:rPr>
          <w:lang w:val="da-DK"/>
        </w:rPr>
      </w:pPr>
      <w:r w:rsidRPr="00064701">
        <w:rPr>
          <w:lang w:val="da-DK"/>
        </w:rPr>
        <w:t>Det kan være, hvis du ikke har været ansat så længe, eller du skifter arbejdsplads, og du er nødt til at holde flere feriedage, end du har optjent.</w:t>
      </w:r>
    </w:p>
    <w:p w14:paraId="1F6CA647" w14:textId="5410B6C1" w:rsidR="00061E90" w:rsidRDefault="00E547E7">
      <w:pPr>
        <w:rPr>
          <w:lang w:val="da-DK"/>
        </w:rPr>
      </w:pPr>
      <w:r w:rsidRPr="00064701">
        <w:rPr>
          <w:lang w:val="da-DK"/>
        </w:rPr>
        <w:t>Sørg for at kontakte din A-kasse inden ferie uden økonomisk dækning. Læs mere her:</w:t>
      </w:r>
      <w:r w:rsidRPr="00064701">
        <w:rPr>
          <w:lang w:val="da-DK"/>
        </w:rPr>
        <w:br/>
      </w:r>
      <w:hyperlink r:id="rId6" w:history="1">
        <w:r w:rsidR="00064701" w:rsidRPr="006104C8">
          <w:rPr>
            <w:rStyle w:val="Hyperlink"/>
            <w:lang w:val="da-DK"/>
          </w:rPr>
          <w:t>https://laka.dk/i-job/kollektiv-ferie/</w:t>
        </w:r>
      </w:hyperlink>
    </w:p>
    <w:p w14:paraId="1D554004" w14:textId="77777777" w:rsidR="00064701" w:rsidRDefault="00064701">
      <w:pPr>
        <w:rPr>
          <w:b/>
          <w:lang w:val="da-DK"/>
        </w:rPr>
      </w:pPr>
    </w:p>
    <w:p w14:paraId="26BCB537" w14:textId="296185C3" w:rsidR="00061E90" w:rsidRPr="00064701" w:rsidRDefault="00E547E7">
      <w:pPr>
        <w:rPr>
          <w:lang w:val="da-DK"/>
        </w:rPr>
      </w:pPr>
      <w:r w:rsidRPr="00064701">
        <w:rPr>
          <w:b/>
          <w:lang w:val="da-DK"/>
        </w:rPr>
        <w:t>Ferie og sygdom. I tilfælde af at du bliver syg i efterårsferien:</w:t>
      </w:r>
    </w:p>
    <w:p w14:paraId="3080BB39" w14:textId="77777777" w:rsidR="00061E90" w:rsidRPr="00064701" w:rsidRDefault="00E547E7">
      <w:pPr>
        <w:rPr>
          <w:lang w:val="da-DK"/>
        </w:rPr>
      </w:pPr>
      <w:r w:rsidRPr="00064701">
        <w:rPr>
          <w:lang w:val="da-DK"/>
        </w:rPr>
        <w:t>Hvis du bliver syg i weekenden op til efterårsferien eller mandag morgen i efterårsferien inden arbejdstidens begyndelse, kan du evt. få erstatningsferie for de dage, hvor du er sygemeldt.</w:t>
      </w:r>
    </w:p>
    <w:p w14:paraId="559B550B" w14:textId="77777777" w:rsidR="00061E90" w:rsidRPr="00064701" w:rsidRDefault="00E547E7">
      <w:pPr>
        <w:rPr>
          <w:lang w:val="da-DK"/>
        </w:rPr>
      </w:pPr>
      <w:r w:rsidRPr="00064701">
        <w:rPr>
          <w:lang w:val="da-DK"/>
        </w:rPr>
        <w:t>Du skal have sygemeldt dig til din arbejdsgiver inden arbejdstidens begyndelse.</w:t>
      </w:r>
    </w:p>
    <w:p w14:paraId="431A70F2" w14:textId="77777777" w:rsidR="00061E90" w:rsidRPr="00064701" w:rsidRDefault="00E547E7">
      <w:pPr>
        <w:rPr>
          <w:lang w:val="da-DK"/>
        </w:rPr>
      </w:pPr>
      <w:r w:rsidRPr="00064701">
        <w:rPr>
          <w:lang w:val="da-DK"/>
        </w:rPr>
        <w:t xml:space="preserve">I henhold til ferieloven har du mulighed for at få erstattet din ferie. Du kan få erstatningsferie efter 5 sygedage, de 5 dage er en karensperiode, de bliver ikke erstattet. De 5 dage behøver ikke at ligge inden for samme ferieperiode, men kan være spredt over flere ferieperioder indenfor samme </w:t>
      </w:r>
      <w:proofErr w:type="spellStart"/>
      <w:r w:rsidRPr="00064701">
        <w:rPr>
          <w:lang w:val="da-DK"/>
        </w:rPr>
        <w:t>ferieår</w:t>
      </w:r>
      <w:proofErr w:type="spellEnd"/>
      <w:r w:rsidRPr="00064701">
        <w:rPr>
          <w:lang w:val="da-DK"/>
        </w:rPr>
        <w:t>.</w:t>
      </w:r>
    </w:p>
    <w:p w14:paraId="4910376A" w14:textId="77777777" w:rsidR="00064701" w:rsidRDefault="00E547E7">
      <w:pPr>
        <w:rPr>
          <w:lang w:val="da-DK"/>
        </w:rPr>
      </w:pPr>
      <w:proofErr w:type="spellStart"/>
      <w:r w:rsidRPr="00064701">
        <w:rPr>
          <w:lang w:val="da-DK"/>
        </w:rPr>
        <w:t>Ferieåret</w:t>
      </w:r>
      <w:proofErr w:type="spellEnd"/>
      <w:r w:rsidRPr="00064701">
        <w:rPr>
          <w:lang w:val="da-DK"/>
        </w:rPr>
        <w:t xml:space="preserve"> går fra 1. september 2026 til udgangen af december 202</w:t>
      </w:r>
      <w:r w:rsidR="00064701">
        <w:rPr>
          <w:lang w:val="da-DK"/>
        </w:rPr>
        <w:t>7</w:t>
      </w:r>
    </w:p>
    <w:p w14:paraId="686BC79B" w14:textId="04BEDE44" w:rsidR="00061E90" w:rsidRPr="00064701" w:rsidRDefault="00064701">
      <w:pPr>
        <w:rPr>
          <w:lang w:val="da-DK"/>
        </w:rPr>
      </w:pPr>
      <w:r>
        <w:rPr>
          <w:lang w:val="da-DK"/>
        </w:rPr>
        <w:t>’</w:t>
      </w:r>
      <w:r w:rsidR="00E547E7" w:rsidRPr="00064701">
        <w:rPr>
          <w:lang w:val="da-DK"/>
        </w:rPr>
        <w:t>.</w:t>
      </w:r>
    </w:p>
    <w:p w14:paraId="09D58165" w14:textId="77777777" w:rsidR="00061E90" w:rsidRPr="00064701" w:rsidRDefault="00E547E7">
      <w:pPr>
        <w:rPr>
          <w:lang w:val="da-DK"/>
        </w:rPr>
      </w:pPr>
      <w:r w:rsidRPr="00064701">
        <w:rPr>
          <w:lang w:val="da-DK"/>
        </w:rPr>
        <w:t>Du skal kunne dokumentere din sygdom med en lægeerklæring (som du selv skal betale) eller udskrift fra lægejournal.</w:t>
      </w:r>
    </w:p>
    <w:sectPr w:rsidR="00061E90" w:rsidRPr="0006470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5207427">
    <w:abstractNumId w:val="8"/>
  </w:num>
  <w:num w:numId="2" w16cid:durableId="1588535989">
    <w:abstractNumId w:val="6"/>
  </w:num>
  <w:num w:numId="3" w16cid:durableId="538666472">
    <w:abstractNumId w:val="5"/>
  </w:num>
  <w:num w:numId="4" w16cid:durableId="498277276">
    <w:abstractNumId w:val="4"/>
  </w:num>
  <w:num w:numId="5" w16cid:durableId="1408842041">
    <w:abstractNumId w:val="7"/>
  </w:num>
  <w:num w:numId="6" w16cid:durableId="295567386">
    <w:abstractNumId w:val="3"/>
  </w:num>
  <w:num w:numId="7" w16cid:durableId="957175472">
    <w:abstractNumId w:val="2"/>
  </w:num>
  <w:num w:numId="8" w16cid:durableId="1978140770">
    <w:abstractNumId w:val="1"/>
  </w:num>
  <w:num w:numId="9" w16cid:durableId="1721713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1E90"/>
    <w:rsid w:val="00064701"/>
    <w:rsid w:val="0015074B"/>
    <w:rsid w:val="0029639D"/>
    <w:rsid w:val="00326F90"/>
    <w:rsid w:val="00AA1D8D"/>
    <w:rsid w:val="00B47730"/>
    <w:rsid w:val="00CB0664"/>
    <w:rsid w:val="00D36F6D"/>
    <w:rsid w:val="00E547E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C1398A"/>
  <w14:defaultImageDpi w14:val="300"/>
  <w15:docId w15:val="{AA6AC1BD-0EA0-46E2-A3F0-6A06086BF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18BF"/>
  </w:style>
  <w:style w:type="paragraph" w:styleId="Sidefod">
    <w:name w:val="footer"/>
    <w:basedOn w:val="Normal"/>
    <w:link w:val="Sidefo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18BF"/>
  </w:style>
  <w:style w:type="paragraph" w:styleId="Ing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Normal"/>
    <w:next w:val="Normal"/>
    <w:link w:val="Ti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fsni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Opstilling-punkttegn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Opstilling-talellerbogs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Opstilling-talellerbogs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Opstilling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Tegn"/>
    <w:uiPriority w:val="29"/>
    <w:qFormat/>
    <w:rsid w:val="00FC693F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k">
    <w:name w:val="Strong"/>
    <w:basedOn w:val="Standardskrifttypeiafsnit"/>
    <w:uiPriority w:val="22"/>
    <w:qFormat/>
    <w:rsid w:val="00FC693F"/>
    <w:rPr>
      <w:b/>
      <w:bCs/>
    </w:rPr>
  </w:style>
  <w:style w:type="character" w:styleId="Fremhv">
    <w:name w:val="Emphasis"/>
    <w:basedOn w:val="Standardskrifttypeiafsnit"/>
    <w:uiPriority w:val="20"/>
    <w:qFormat/>
    <w:rsid w:val="00FC693F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693F"/>
    <w:rPr>
      <w:b/>
      <w:bCs/>
      <w:i/>
      <w:iCs/>
      <w:color w:val="4F81BD" w:themeColor="accent1"/>
    </w:rPr>
  </w:style>
  <w:style w:type="character" w:styleId="Svagfremhvning">
    <w:name w:val="Subtle Emphasis"/>
    <w:basedOn w:val="Standardskrifttypeiafsnit"/>
    <w:uiPriority w:val="19"/>
    <w:qFormat/>
    <w:rsid w:val="00FC693F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qFormat/>
    <w:rsid w:val="00FC693F"/>
    <w:rPr>
      <w:b/>
      <w:bCs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FC693F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FC693F"/>
    <w:rPr>
      <w:b/>
      <w:bCs/>
      <w:smallCap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-Gitter">
    <w:name w:val="Table Grid"/>
    <w:basedOn w:val="Tabel-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">
    <w:name w:val="Light Shading"/>
    <w:basedOn w:val="Tabel-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gitter">
    <w:name w:val="Light Grid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kygge1">
    <w:name w:val="Medium Shading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e1">
    <w:name w:val="Medium Lis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itter1">
    <w:name w:val="Medium Grid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vetskygge">
    <w:name w:val="Colorful Shading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liste">
    <w:name w:val="Colorful List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gitter">
    <w:name w:val="Colorful Grid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Standardskrifttypeiafsnit"/>
    <w:uiPriority w:val="99"/>
    <w:unhideWhenUsed/>
    <w:rsid w:val="00064701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0647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aka.dk/i-job/kollektiv-ferie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Charlotte Schjoldager</cp:lastModifiedBy>
  <cp:revision>2</cp:revision>
  <cp:lastPrinted>2026-10-05T09:46:00Z</cp:lastPrinted>
  <dcterms:created xsi:type="dcterms:W3CDTF">2026-10-05T09:47:00Z</dcterms:created>
  <dcterms:modified xsi:type="dcterms:W3CDTF">2026-10-05T09:47:00Z</dcterms:modified>
  <cp:category/>
</cp:coreProperties>
</file>